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17096" w14:textId="77777777" w:rsidR="009527DE" w:rsidRDefault="009527DE">
      <w:pPr>
        <w:jc w:val="center"/>
        <w:rPr>
          <w:b/>
          <w:sz w:val="32"/>
        </w:rPr>
      </w:pPr>
    </w:p>
    <w:p w14:paraId="2319ED85" w14:textId="5D9628DB" w:rsidR="00A375D1" w:rsidRPr="00D6191D" w:rsidRDefault="009527DE" w:rsidP="00D6191D">
      <w:pPr>
        <w:jc w:val="center"/>
        <w:rPr>
          <w:b/>
          <w:sz w:val="32"/>
        </w:rPr>
      </w:pPr>
      <w:r>
        <w:rPr>
          <w:noProof/>
          <w:color w:val="7F7F7F" w:themeColor="text1" w:themeTint="80"/>
          <w:sz w:val="16"/>
          <w:szCs w:val="16"/>
          <w:lang w:eastAsia="it-IT"/>
        </w:rPr>
        <w:drawing>
          <wp:inline distT="0" distB="0" distL="0" distR="0" wp14:anchorId="7D569D32" wp14:editId="18AF2F42">
            <wp:extent cx="5486400" cy="1660388"/>
            <wp:effectExtent l="0" t="0" r="0" b="381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0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4F906" w14:textId="77777777" w:rsidR="00D6191D" w:rsidRDefault="00D6191D" w:rsidP="00FC7B26">
      <w:pPr>
        <w:rPr>
          <w:rFonts w:ascii="Times New Roman" w:hAnsi="Times New Roman" w:cs="Times New Roman"/>
          <w:b/>
          <w:bCs/>
        </w:rPr>
      </w:pPr>
    </w:p>
    <w:p w14:paraId="42CA6D0F" w14:textId="77777777" w:rsidR="00D6191D" w:rsidRDefault="00D6191D" w:rsidP="00FC7B26">
      <w:pPr>
        <w:rPr>
          <w:rFonts w:ascii="Times New Roman" w:hAnsi="Times New Roman" w:cs="Times New Roman"/>
          <w:b/>
          <w:bCs/>
        </w:rPr>
      </w:pPr>
    </w:p>
    <w:p w14:paraId="34B9D1DF" w14:textId="236D4DE2" w:rsidR="00A375D1" w:rsidRPr="00D6191D" w:rsidRDefault="00000000" w:rsidP="00FC7B26">
      <w:pPr>
        <w:rPr>
          <w:rFonts w:ascii="Times New Roman" w:hAnsi="Times New Roman" w:cs="Times New Roman"/>
        </w:rPr>
      </w:pPr>
      <w:r w:rsidRPr="00D6191D">
        <w:rPr>
          <w:rFonts w:ascii="Times New Roman" w:hAnsi="Times New Roman" w:cs="Times New Roman"/>
          <w:b/>
          <w:bCs/>
        </w:rPr>
        <w:t xml:space="preserve">OGGETTO: </w:t>
      </w:r>
      <w:proofErr w:type="spellStart"/>
      <w:r w:rsidRPr="00D6191D">
        <w:rPr>
          <w:rFonts w:ascii="Times New Roman" w:hAnsi="Times New Roman" w:cs="Times New Roman"/>
          <w:b/>
          <w:bCs/>
        </w:rPr>
        <w:t>Istanza</w:t>
      </w:r>
      <w:proofErr w:type="spellEnd"/>
      <w:r w:rsidRPr="00D6191D">
        <w:rPr>
          <w:rFonts w:ascii="Times New Roman" w:hAnsi="Times New Roman" w:cs="Times New Roman"/>
          <w:b/>
          <w:bCs/>
        </w:rPr>
        <w:t xml:space="preserve"> di </w:t>
      </w:r>
      <w:proofErr w:type="spellStart"/>
      <w:r w:rsidRPr="00D6191D">
        <w:rPr>
          <w:rFonts w:ascii="Times New Roman" w:hAnsi="Times New Roman" w:cs="Times New Roman"/>
          <w:b/>
          <w:bCs/>
        </w:rPr>
        <w:t>autorizzazione</w:t>
      </w:r>
      <w:proofErr w:type="spellEnd"/>
      <w:r w:rsidRPr="00D619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6191D">
        <w:rPr>
          <w:rFonts w:ascii="Times New Roman" w:hAnsi="Times New Roman" w:cs="Times New Roman"/>
          <w:b/>
          <w:bCs/>
        </w:rPr>
        <w:t>allo</w:t>
      </w:r>
      <w:proofErr w:type="spellEnd"/>
      <w:r w:rsidRPr="00D619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6191D">
        <w:rPr>
          <w:rFonts w:ascii="Times New Roman" w:hAnsi="Times New Roman" w:cs="Times New Roman"/>
          <w:b/>
          <w:bCs/>
        </w:rPr>
        <w:t>svolgimento</w:t>
      </w:r>
      <w:proofErr w:type="spellEnd"/>
      <w:r w:rsidRPr="00D6191D">
        <w:rPr>
          <w:rFonts w:ascii="Times New Roman" w:hAnsi="Times New Roman" w:cs="Times New Roman"/>
          <w:b/>
          <w:bCs/>
        </w:rPr>
        <w:t xml:space="preserve"> di </w:t>
      </w:r>
      <w:proofErr w:type="spellStart"/>
      <w:r w:rsidRPr="00D6191D">
        <w:rPr>
          <w:rFonts w:ascii="Times New Roman" w:hAnsi="Times New Roman" w:cs="Times New Roman"/>
          <w:b/>
          <w:bCs/>
        </w:rPr>
        <w:t>incarico</w:t>
      </w:r>
      <w:proofErr w:type="spellEnd"/>
      <w:r w:rsidRPr="00D6191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D6191D">
        <w:rPr>
          <w:rFonts w:ascii="Times New Roman" w:hAnsi="Times New Roman" w:cs="Times New Roman"/>
          <w:b/>
          <w:bCs/>
        </w:rPr>
        <w:t>retribuito</w:t>
      </w:r>
      <w:proofErr w:type="spellEnd"/>
      <w:r w:rsidRPr="00D6191D">
        <w:rPr>
          <w:rFonts w:ascii="Times New Roman" w:hAnsi="Times New Roman" w:cs="Times New Roman"/>
          <w:b/>
          <w:bCs/>
        </w:rPr>
        <w:t xml:space="preserve"> extra-</w:t>
      </w:r>
      <w:proofErr w:type="spellStart"/>
      <w:r w:rsidRPr="00D6191D">
        <w:rPr>
          <w:rFonts w:ascii="Times New Roman" w:hAnsi="Times New Roman" w:cs="Times New Roman"/>
          <w:b/>
          <w:bCs/>
        </w:rPr>
        <w:t>istituzionale</w:t>
      </w:r>
      <w:proofErr w:type="spellEnd"/>
      <w:r w:rsidRPr="00D6191D">
        <w:rPr>
          <w:rFonts w:ascii="Times New Roman" w:hAnsi="Times New Roman" w:cs="Times New Roman"/>
          <w:b/>
          <w:bCs/>
        </w:rPr>
        <w:br/>
      </w:r>
      <w:proofErr w:type="spellStart"/>
      <w:r w:rsidRPr="00D6191D">
        <w:rPr>
          <w:rFonts w:ascii="Times New Roman" w:hAnsi="Times New Roman" w:cs="Times New Roman"/>
        </w:rPr>
        <w:t>Dlgs</w:t>
      </w:r>
      <w:proofErr w:type="spellEnd"/>
      <w:r w:rsidRPr="00D6191D">
        <w:rPr>
          <w:rFonts w:ascii="Times New Roman" w:hAnsi="Times New Roman" w:cs="Times New Roman"/>
        </w:rPr>
        <w:t xml:space="preserve"> n.165 del 30.03.01 Art 53</w:t>
      </w:r>
    </w:p>
    <w:p w14:paraId="30E54BD5" w14:textId="77777777" w:rsidR="00FC7B26" w:rsidRPr="00D6191D" w:rsidRDefault="00FC7B26">
      <w:pPr>
        <w:rPr>
          <w:rFonts w:ascii="Times New Roman" w:hAnsi="Times New Roman" w:cs="Times New Roman"/>
        </w:rPr>
      </w:pPr>
    </w:p>
    <w:p w14:paraId="57B52796" w14:textId="2CC27208" w:rsidR="00A375D1" w:rsidRPr="00D6191D" w:rsidRDefault="00D6191D">
      <w:pPr>
        <w:rPr>
          <w:rFonts w:ascii="Times New Roman" w:hAnsi="Times New Roman" w:cs="Times New Roman"/>
        </w:rPr>
      </w:pPr>
      <w:r w:rsidRPr="00D6191D">
        <w:rPr>
          <w:rFonts w:ascii="Times New Roman" w:hAnsi="Times New Roman" w:cs="Times New Roman"/>
        </w:rPr>
        <w:t>II/</w:t>
      </w:r>
      <w:r w:rsidR="00000000" w:rsidRPr="00D6191D">
        <w:rPr>
          <w:rFonts w:ascii="Times New Roman" w:hAnsi="Times New Roman" w:cs="Times New Roman"/>
        </w:rPr>
        <w:t xml:space="preserve">La </w:t>
      </w:r>
      <w:proofErr w:type="spellStart"/>
      <w:r w:rsidR="00000000" w:rsidRPr="00D6191D">
        <w:rPr>
          <w:rFonts w:ascii="Times New Roman" w:hAnsi="Times New Roman" w:cs="Times New Roman"/>
        </w:rPr>
        <w:t>sottoscritt</w:t>
      </w:r>
      <w:r w:rsidRPr="00D6191D">
        <w:rPr>
          <w:rFonts w:ascii="Times New Roman" w:hAnsi="Times New Roman" w:cs="Times New Roman"/>
        </w:rPr>
        <w:t>o</w:t>
      </w:r>
      <w:proofErr w:type="spellEnd"/>
      <w:r w:rsidRPr="00D6191D">
        <w:rPr>
          <w:rFonts w:ascii="Times New Roman" w:hAnsi="Times New Roman" w:cs="Times New Roman"/>
        </w:rPr>
        <w:t>/</w:t>
      </w:r>
      <w:proofErr w:type="gramStart"/>
      <w:r w:rsidRPr="00D6191D">
        <w:rPr>
          <w:rFonts w:ascii="Times New Roman" w:hAnsi="Times New Roman" w:cs="Times New Roman"/>
        </w:rPr>
        <w:t xml:space="preserve">a </w:t>
      </w:r>
      <w:r w:rsidR="009527DE" w:rsidRPr="00D6191D">
        <w:rPr>
          <w:rFonts w:ascii="Times New Roman" w:hAnsi="Times New Roman" w:cs="Times New Roman"/>
        </w:rPr>
        <w:t xml:space="preserve"> </w:t>
      </w:r>
      <w:r w:rsidRPr="00D6191D">
        <w:rPr>
          <w:rFonts w:ascii="Times New Roman" w:hAnsi="Times New Roman" w:cs="Times New Roman"/>
        </w:rPr>
        <w:t>_</w:t>
      </w:r>
      <w:proofErr w:type="gramEnd"/>
      <w:r w:rsidRPr="00D6191D">
        <w:rPr>
          <w:rFonts w:ascii="Times New Roman" w:hAnsi="Times New Roman" w:cs="Times New Roman"/>
        </w:rPr>
        <w:t>___________________________________</w:t>
      </w:r>
      <w:proofErr w:type="spellStart"/>
      <w:r w:rsidR="00000000" w:rsidRPr="00D6191D">
        <w:rPr>
          <w:rFonts w:ascii="Times New Roman" w:hAnsi="Times New Roman" w:cs="Times New Roman"/>
        </w:rPr>
        <w:t>nat</w:t>
      </w:r>
      <w:r w:rsidRPr="00D6191D">
        <w:rPr>
          <w:rFonts w:ascii="Times New Roman" w:hAnsi="Times New Roman" w:cs="Times New Roman"/>
        </w:rPr>
        <w:t>o</w:t>
      </w:r>
      <w:proofErr w:type="spellEnd"/>
      <w:r w:rsidRPr="00D6191D">
        <w:rPr>
          <w:rFonts w:ascii="Times New Roman" w:hAnsi="Times New Roman" w:cs="Times New Roman"/>
        </w:rPr>
        <w:t>/a</w:t>
      </w:r>
      <w:r w:rsidR="00000000" w:rsidRPr="00D6191D">
        <w:rPr>
          <w:rFonts w:ascii="Times New Roman" w:hAnsi="Times New Roman" w:cs="Times New Roman"/>
        </w:rPr>
        <w:t xml:space="preserve"> a </w:t>
      </w:r>
      <w:r w:rsidRPr="00D6191D">
        <w:rPr>
          <w:rFonts w:ascii="Times New Roman" w:hAnsi="Times New Roman" w:cs="Times New Roman"/>
        </w:rPr>
        <w:t>_________________</w:t>
      </w:r>
      <w:r w:rsidR="00000000" w:rsidRPr="00D6191D">
        <w:rPr>
          <w:rFonts w:ascii="Times New Roman" w:hAnsi="Times New Roman" w:cs="Times New Roman"/>
        </w:rPr>
        <w:t xml:space="preserve">il </w:t>
      </w:r>
      <w:r w:rsidRPr="00D6191D">
        <w:rPr>
          <w:rFonts w:ascii="Times New Roman" w:hAnsi="Times New Roman" w:cs="Times New Roman"/>
        </w:rPr>
        <w:t>______________</w:t>
      </w:r>
      <w:r w:rsidR="009527DE" w:rsidRPr="00D6191D">
        <w:rPr>
          <w:rFonts w:ascii="Times New Roman" w:hAnsi="Times New Roman" w:cs="Times New Roman"/>
        </w:rPr>
        <w:t xml:space="preserve"> </w:t>
      </w:r>
      <w:proofErr w:type="spellStart"/>
      <w:r w:rsidR="00000000" w:rsidRPr="00D6191D">
        <w:rPr>
          <w:rFonts w:ascii="Times New Roman" w:hAnsi="Times New Roman" w:cs="Times New Roman"/>
        </w:rPr>
        <w:t>residente</w:t>
      </w:r>
      <w:proofErr w:type="spellEnd"/>
      <w:r w:rsidR="00000000" w:rsidRPr="00D6191D">
        <w:rPr>
          <w:rFonts w:ascii="Times New Roman" w:hAnsi="Times New Roman" w:cs="Times New Roman"/>
        </w:rPr>
        <w:t xml:space="preserve"> in</w:t>
      </w:r>
      <w:r w:rsidRPr="00D6191D">
        <w:rPr>
          <w:rFonts w:ascii="Times New Roman" w:hAnsi="Times New Roman" w:cs="Times New Roman"/>
        </w:rPr>
        <w:t>____________________________</w:t>
      </w:r>
      <w:proofErr w:type="gramStart"/>
      <w:r w:rsidRPr="00D6191D">
        <w:rPr>
          <w:rFonts w:ascii="Times New Roman" w:hAnsi="Times New Roman" w:cs="Times New Roman"/>
        </w:rPr>
        <w:t>_</w:t>
      </w:r>
      <w:r w:rsidR="009527DE" w:rsidRPr="00D6191D">
        <w:rPr>
          <w:rFonts w:ascii="Times New Roman" w:hAnsi="Times New Roman" w:cs="Times New Roman"/>
        </w:rPr>
        <w:t xml:space="preserve">  </w:t>
      </w:r>
      <w:r w:rsidR="00000000" w:rsidRPr="00D6191D">
        <w:rPr>
          <w:rFonts w:ascii="Times New Roman" w:hAnsi="Times New Roman" w:cs="Times New Roman"/>
        </w:rPr>
        <w:t>via</w:t>
      </w:r>
      <w:proofErr w:type="gramEnd"/>
      <w:r w:rsidR="00000000" w:rsidRPr="00D6191D">
        <w:rPr>
          <w:rFonts w:ascii="Times New Roman" w:hAnsi="Times New Roman" w:cs="Times New Roman"/>
        </w:rPr>
        <w:t xml:space="preserve"> </w:t>
      </w:r>
      <w:r w:rsidRPr="00D6191D">
        <w:rPr>
          <w:rFonts w:ascii="Times New Roman" w:hAnsi="Times New Roman" w:cs="Times New Roman"/>
        </w:rPr>
        <w:t>_________________________________________</w:t>
      </w:r>
      <w:r w:rsidR="00000000" w:rsidRPr="00D6191D">
        <w:rPr>
          <w:rFonts w:ascii="Times New Roman" w:hAnsi="Times New Roman" w:cs="Times New Roman"/>
        </w:rPr>
        <w:t>n.</w:t>
      </w:r>
      <w:r w:rsidRPr="00D6191D">
        <w:rPr>
          <w:rFonts w:ascii="Times New Roman" w:hAnsi="Times New Roman" w:cs="Times New Roman"/>
        </w:rPr>
        <w:t>_______</w:t>
      </w:r>
      <w:proofErr w:type="gramStart"/>
      <w:r w:rsidRPr="00D6191D">
        <w:rPr>
          <w:rFonts w:ascii="Times New Roman" w:hAnsi="Times New Roman" w:cs="Times New Roman"/>
        </w:rPr>
        <w:t>_</w:t>
      </w:r>
      <w:r w:rsidR="009527DE" w:rsidRPr="00D6191D">
        <w:rPr>
          <w:rFonts w:ascii="Times New Roman" w:hAnsi="Times New Roman" w:cs="Times New Roman"/>
        </w:rPr>
        <w:t xml:space="preserve"> </w:t>
      </w:r>
      <w:r w:rsidR="00000000" w:rsidRPr="00D6191D">
        <w:rPr>
          <w:rFonts w:ascii="Times New Roman" w:hAnsi="Times New Roman" w:cs="Times New Roman"/>
        </w:rPr>
        <w:t xml:space="preserve"> C.F.</w:t>
      </w:r>
      <w:proofErr w:type="gramEnd"/>
      <w:r w:rsidR="00000000" w:rsidRPr="00D6191D">
        <w:rPr>
          <w:rFonts w:ascii="Times New Roman" w:hAnsi="Times New Roman" w:cs="Times New Roman"/>
        </w:rPr>
        <w:t xml:space="preserve"> </w:t>
      </w:r>
      <w:r w:rsidRPr="00D6191D">
        <w:rPr>
          <w:rFonts w:ascii="Times New Roman" w:hAnsi="Times New Roman" w:cs="Times New Roman"/>
        </w:rPr>
        <w:t>_________________________________</w:t>
      </w:r>
      <w:r w:rsidR="00000000" w:rsidRPr="00D6191D">
        <w:rPr>
          <w:rFonts w:ascii="Times New Roman" w:hAnsi="Times New Roman" w:cs="Times New Roman"/>
        </w:rPr>
        <w:t xml:space="preserve">in </w:t>
      </w:r>
      <w:proofErr w:type="spellStart"/>
      <w:r w:rsidR="00000000" w:rsidRPr="00D6191D">
        <w:rPr>
          <w:rFonts w:ascii="Times New Roman" w:hAnsi="Times New Roman" w:cs="Times New Roman"/>
        </w:rPr>
        <w:t>servizio</w:t>
      </w:r>
      <w:proofErr w:type="spellEnd"/>
      <w:r w:rsidR="00000000" w:rsidRPr="00D6191D">
        <w:rPr>
          <w:rFonts w:ascii="Times New Roman" w:hAnsi="Times New Roman" w:cs="Times New Roman"/>
        </w:rPr>
        <w:t xml:space="preserve"> in </w:t>
      </w:r>
      <w:proofErr w:type="spellStart"/>
      <w:r w:rsidR="00000000" w:rsidRPr="00D6191D">
        <w:rPr>
          <w:rFonts w:ascii="Times New Roman" w:hAnsi="Times New Roman" w:cs="Times New Roman"/>
        </w:rPr>
        <w:t>qualità</w:t>
      </w:r>
      <w:proofErr w:type="spellEnd"/>
      <w:r w:rsidR="00000000" w:rsidRPr="00D6191D">
        <w:rPr>
          <w:rFonts w:ascii="Times New Roman" w:hAnsi="Times New Roman" w:cs="Times New Roman"/>
        </w:rPr>
        <w:t xml:space="preserve"> di </w:t>
      </w:r>
      <w:r w:rsidRPr="00D6191D">
        <w:rPr>
          <w:rFonts w:ascii="Times New Roman" w:hAnsi="Times New Roman" w:cs="Times New Roman"/>
        </w:rPr>
        <w:t>__________________________________</w:t>
      </w:r>
      <w:r w:rsidR="009527DE" w:rsidRPr="00D6191D">
        <w:rPr>
          <w:rFonts w:ascii="Times New Roman" w:hAnsi="Times New Roman" w:cs="Times New Roman"/>
        </w:rPr>
        <w:t xml:space="preserve"> </w:t>
      </w:r>
      <w:r w:rsidR="00000000" w:rsidRPr="00D6191D">
        <w:rPr>
          <w:rFonts w:ascii="Times New Roman" w:hAnsi="Times New Roman" w:cs="Times New Roman"/>
        </w:rPr>
        <w:t xml:space="preserve">a tempo </w:t>
      </w:r>
      <w:proofErr w:type="spellStart"/>
      <w:r w:rsidR="00000000" w:rsidRPr="00D6191D">
        <w:rPr>
          <w:rFonts w:ascii="Times New Roman" w:hAnsi="Times New Roman" w:cs="Times New Roman"/>
        </w:rPr>
        <w:t>indeterminato</w:t>
      </w:r>
      <w:proofErr w:type="spellEnd"/>
      <w:r w:rsidRPr="00D6191D">
        <w:rPr>
          <w:rFonts w:ascii="Times New Roman" w:hAnsi="Times New Roman" w:cs="Times New Roman"/>
        </w:rPr>
        <w:t xml:space="preserve">/ </w:t>
      </w:r>
      <w:proofErr w:type="spellStart"/>
      <w:r w:rsidRPr="00D6191D">
        <w:rPr>
          <w:rFonts w:ascii="Times New Roman" w:hAnsi="Times New Roman" w:cs="Times New Roman"/>
        </w:rPr>
        <w:t>determinato</w:t>
      </w:r>
      <w:proofErr w:type="spellEnd"/>
      <w:r w:rsidR="00000000" w:rsidRPr="00D6191D">
        <w:rPr>
          <w:rFonts w:ascii="Times New Roman" w:hAnsi="Times New Roman" w:cs="Times New Roman"/>
        </w:rPr>
        <w:t xml:space="preserve"> </w:t>
      </w:r>
      <w:proofErr w:type="spellStart"/>
      <w:r w:rsidR="00000000" w:rsidRPr="00D6191D">
        <w:rPr>
          <w:rFonts w:ascii="Times New Roman" w:hAnsi="Times New Roman" w:cs="Times New Roman"/>
        </w:rPr>
        <w:t>presso</w:t>
      </w:r>
      <w:proofErr w:type="spellEnd"/>
      <w:r w:rsidR="00000000" w:rsidRPr="00D6191D">
        <w:rPr>
          <w:rFonts w:ascii="Times New Roman" w:hAnsi="Times New Roman" w:cs="Times New Roman"/>
        </w:rPr>
        <w:t xml:space="preserve"> </w:t>
      </w:r>
      <w:proofErr w:type="spellStart"/>
      <w:r w:rsidR="00000000" w:rsidRPr="00D6191D">
        <w:rPr>
          <w:rFonts w:ascii="Times New Roman" w:hAnsi="Times New Roman" w:cs="Times New Roman"/>
        </w:rPr>
        <w:t>questo</w:t>
      </w:r>
      <w:proofErr w:type="spellEnd"/>
      <w:r w:rsidR="00000000" w:rsidRPr="00D6191D">
        <w:rPr>
          <w:rFonts w:ascii="Times New Roman" w:hAnsi="Times New Roman" w:cs="Times New Roman"/>
        </w:rPr>
        <w:t xml:space="preserve"> Istituto.</w:t>
      </w:r>
    </w:p>
    <w:p w14:paraId="5BBC7B95" w14:textId="77777777" w:rsidR="00A375D1" w:rsidRPr="00D6191D" w:rsidRDefault="00000000" w:rsidP="009527DE">
      <w:pPr>
        <w:pStyle w:val="Titolo1"/>
        <w:jc w:val="center"/>
        <w:rPr>
          <w:rFonts w:ascii="Times New Roman" w:hAnsi="Times New Roman" w:cs="Times New Roman"/>
          <w:sz w:val="22"/>
          <w:szCs w:val="22"/>
        </w:rPr>
      </w:pPr>
      <w:r w:rsidRPr="00D6191D">
        <w:rPr>
          <w:rFonts w:ascii="Times New Roman" w:hAnsi="Times New Roman" w:cs="Times New Roman"/>
          <w:sz w:val="22"/>
          <w:szCs w:val="22"/>
        </w:rPr>
        <w:t>CHIEDE</w:t>
      </w:r>
    </w:p>
    <w:p w14:paraId="6E87F893" w14:textId="77777777" w:rsidR="00D6191D" w:rsidRDefault="00D6191D">
      <w:pPr>
        <w:rPr>
          <w:rFonts w:ascii="Times New Roman" w:hAnsi="Times New Roman" w:cs="Times New Roman"/>
        </w:rPr>
      </w:pPr>
    </w:p>
    <w:p w14:paraId="1EFDDBBB" w14:textId="5ED00CCD" w:rsidR="00FC7B26" w:rsidRPr="00D6191D" w:rsidRDefault="00000000">
      <w:pPr>
        <w:rPr>
          <w:rFonts w:ascii="Times New Roman" w:hAnsi="Times New Roman" w:cs="Times New Roman"/>
          <w:b/>
          <w:bCs/>
        </w:rPr>
      </w:pPr>
      <w:r w:rsidRPr="00D6191D">
        <w:rPr>
          <w:rFonts w:ascii="Times New Roman" w:hAnsi="Times New Roman" w:cs="Times New Roman"/>
        </w:rPr>
        <w:t xml:space="preserve">di </w:t>
      </w:r>
      <w:proofErr w:type="spellStart"/>
      <w:r w:rsidRPr="00D6191D">
        <w:rPr>
          <w:rFonts w:ascii="Times New Roman" w:hAnsi="Times New Roman" w:cs="Times New Roman"/>
        </w:rPr>
        <w:t>essere</w:t>
      </w:r>
      <w:proofErr w:type="spellEnd"/>
      <w:r w:rsidRPr="00D6191D">
        <w:rPr>
          <w:rFonts w:ascii="Times New Roman" w:hAnsi="Times New Roman" w:cs="Times New Roman"/>
        </w:rPr>
        <w:t xml:space="preserve"> </w:t>
      </w:r>
      <w:proofErr w:type="spellStart"/>
      <w:r w:rsidRPr="00D6191D">
        <w:rPr>
          <w:rFonts w:ascii="Times New Roman" w:hAnsi="Times New Roman" w:cs="Times New Roman"/>
        </w:rPr>
        <w:t>autorizzat</w:t>
      </w:r>
      <w:r w:rsidR="00D6191D" w:rsidRPr="00D6191D">
        <w:rPr>
          <w:rFonts w:ascii="Times New Roman" w:hAnsi="Times New Roman" w:cs="Times New Roman"/>
        </w:rPr>
        <w:t>o</w:t>
      </w:r>
      <w:proofErr w:type="spellEnd"/>
      <w:r w:rsidR="00D6191D" w:rsidRPr="00D6191D">
        <w:rPr>
          <w:rFonts w:ascii="Times New Roman" w:hAnsi="Times New Roman" w:cs="Times New Roman"/>
        </w:rPr>
        <w:t>/a</w:t>
      </w:r>
      <w:r w:rsidRPr="00D6191D">
        <w:rPr>
          <w:rFonts w:ascii="Times New Roman" w:hAnsi="Times New Roman" w:cs="Times New Roman"/>
        </w:rPr>
        <w:t xml:space="preserve"> a </w:t>
      </w:r>
      <w:proofErr w:type="spellStart"/>
      <w:r w:rsidRPr="00D6191D">
        <w:rPr>
          <w:rFonts w:ascii="Times New Roman" w:hAnsi="Times New Roman" w:cs="Times New Roman"/>
        </w:rPr>
        <w:t>svolgere</w:t>
      </w:r>
      <w:proofErr w:type="spellEnd"/>
      <w:r w:rsidRPr="00D6191D">
        <w:rPr>
          <w:rFonts w:ascii="Times New Roman" w:hAnsi="Times New Roman" w:cs="Times New Roman"/>
        </w:rPr>
        <w:t xml:space="preserve"> </w:t>
      </w:r>
      <w:proofErr w:type="spellStart"/>
      <w:r w:rsidRPr="00D6191D">
        <w:rPr>
          <w:rFonts w:ascii="Times New Roman" w:hAnsi="Times New Roman" w:cs="Times New Roman"/>
        </w:rPr>
        <w:t>l’incarico</w:t>
      </w:r>
      <w:proofErr w:type="spellEnd"/>
      <w:r w:rsidRPr="00D6191D">
        <w:rPr>
          <w:rFonts w:ascii="Times New Roman" w:hAnsi="Times New Roman" w:cs="Times New Roman"/>
        </w:rPr>
        <w:t xml:space="preserve"> </w:t>
      </w:r>
      <w:proofErr w:type="spellStart"/>
      <w:r w:rsidRPr="00D6191D">
        <w:rPr>
          <w:rFonts w:ascii="Times New Roman" w:hAnsi="Times New Roman" w:cs="Times New Roman"/>
        </w:rPr>
        <w:t>che</w:t>
      </w:r>
      <w:proofErr w:type="spellEnd"/>
      <w:r w:rsidRPr="00D6191D">
        <w:rPr>
          <w:rFonts w:ascii="Times New Roman" w:hAnsi="Times New Roman" w:cs="Times New Roman"/>
        </w:rPr>
        <w:t xml:space="preserve"> </w:t>
      </w:r>
      <w:proofErr w:type="spellStart"/>
      <w:r w:rsidRPr="00D6191D">
        <w:rPr>
          <w:rFonts w:ascii="Times New Roman" w:hAnsi="Times New Roman" w:cs="Times New Roman"/>
        </w:rPr>
        <w:t>verrà</w:t>
      </w:r>
      <w:proofErr w:type="spellEnd"/>
      <w:r w:rsidRPr="00D6191D">
        <w:rPr>
          <w:rFonts w:ascii="Times New Roman" w:hAnsi="Times New Roman" w:cs="Times New Roman"/>
        </w:rPr>
        <w:t xml:space="preserve"> </w:t>
      </w:r>
      <w:proofErr w:type="spellStart"/>
      <w:r w:rsidRPr="00D6191D">
        <w:rPr>
          <w:rFonts w:ascii="Times New Roman" w:hAnsi="Times New Roman" w:cs="Times New Roman"/>
        </w:rPr>
        <w:t>conferito</w:t>
      </w:r>
      <w:proofErr w:type="spellEnd"/>
      <w:r w:rsidRPr="00D6191D">
        <w:rPr>
          <w:rFonts w:ascii="Times New Roman" w:hAnsi="Times New Roman" w:cs="Times New Roman"/>
        </w:rPr>
        <w:t xml:space="preserve"> </w:t>
      </w:r>
      <w:proofErr w:type="spellStart"/>
      <w:r w:rsidRPr="00D6191D">
        <w:rPr>
          <w:rFonts w:ascii="Times New Roman" w:hAnsi="Times New Roman" w:cs="Times New Roman"/>
        </w:rPr>
        <w:t>da</w:t>
      </w:r>
      <w:r w:rsidR="00D6191D" w:rsidRPr="00D6191D">
        <w:rPr>
          <w:rFonts w:ascii="Times New Roman" w:hAnsi="Times New Roman" w:cs="Times New Roman"/>
        </w:rPr>
        <w:t>_________________________</w:t>
      </w:r>
      <w:r w:rsidRPr="00D6191D">
        <w:rPr>
          <w:rFonts w:ascii="Times New Roman" w:hAnsi="Times New Roman" w:cs="Times New Roman"/>
        </w:rPr>
        <w:t>per</w:t>
      </w:r>
      <w:proofErr w:type="spellEnd"/>
      <w:r w:rsidRPr="00D6191D">
        <w:rPr>
          <w:rFonts w:ascii="Times New Roman" w:hAnsi="Times New Roman" w:cs="Times New Roman"/>
        </w:rPr>
        <w:t xml:space="preserve"> la </w:t>
      </w:r>
      <w:proofErr w:type="spellStart"/>
      <w:r w:rsidRPr="00D6191D">
        <w:rPr>
          <w:rFonts w:ascii="Times New Roman" w:hAnsi="Times New Roman" w:cs="Times New Roman"/>
        </w:rPr>
        <w:t>seguente</w:t>
      </w:r>
      <w:proofErr w:type="spellEnd"/>
      <w:r w:rsidRPr="00D6191D">
        <w:rPr>
          <w:rFonts w:ascii="Times New Roman" w:hAnsi="Times New Roman" w:cs="Times New Roman"/>
        </w:rPr>
        <w:t xml:space="preserve"> </w:t>
      </w:r>
      <w:proofErr w:type="spellStart"/>
      <w:r w:rsidRPr="00D6191D">
        <w:rPr>
          <w:rFonts w:ascii="Times New Roman" w:hAnsi="Times New Roman" w:cs="Times New Roman"/>
        </w:rPr>
        <w:t>tipologia</w:t>
      </w:r>
      <w:proofErr w:type="spellEnd"/>
      <w:r w:rsidRPr="00D6191D">
        <w:rPr>
          <w:rFonts w:ascii="Times New Roman" w:hAnsi="Times New Roman" w:cs="Times New Roman"/>
        </w:rPr>
        <w:t xml:space="preserve"> di </w:t>
      </w:r>
      <w:proofErr w:type="spellStart"/>
      <w:r w:rsidRPr="00D6191D">
        <w:rPr>
          <w:rFonts w:ascii="Times New Roman" w:hAnsi="Times New Roman" w:cs="Times New Roman"/>
        </w:rPr>
        <w:t>prestazione</w:t>
      </w:r>
      <w:proofErr w:type="spellEnd"/>
      <w:r w:rsidRPr="00D6191D">
        <w:rPr>
          <w:rFonts w:ascii="Times New Roman" w:hAnsi="Times New Roman" w:cs="Times New Roman"/>
        </w:rPr>
        <w:t>:</w:t>
      </w:r>
      <w:r w:rsidRPr="00D6191D">
        <w:rPr>
          <w:rFonts w:ascii="Times New Roman" w:hAnsi="Times New Roman" w:cs="Times New Roman"/>
        </w:rPr>
        <w:br/>
      </w:r>
    </w:p>
    <w:p w14:paraId="5ADE64C8" w14:textId="77777777" w:rsidR="00D6191D" w:rsidRDefault="00D6191D">
      <w:pPr>
        <w:rPr>
          <w:rFonts w:ascii="Times New Roman" w:hAnsi="Times New Roman" w:cs="Times New Roman"/>
        </w:rPr>
      </w:pPr>
    </w:p>
    <w:p w14:paraId="26809915" w14:textId="71581304" w:rsidR="00A375D1" w:rsidRPr="00D6191D" w:rsidRDefault="00D6191D">
      <w:pPr>
        <w:rPr>
          <w:rFonts w:ascii="Times New Roman" w:hAnsi="Times New Roman" w:cs="Times New Roman"/>
        </w:rPr>
      </w:pPr>
      <w:r w:rsidRPr="00D6191D">
        <w:rPr>
          <w:rFonts w:ascii="Times New Roman" w:hAnsi="Times New Roman" w:cs="Times New Roman"/>
        </w:rPr>
        <w:t>Il/</w:t>
      </w:r>
      <w:r w:rsidR="005C6368" w:rsidRPr="00D6191D">
        <w:rPr>
          <w:rFonts w:ascii="Times New Roman" w:hAnsi="Times New Roman" w:cs="Times New Roman"/>
        </w:rPr>
        <w:t xml:space="preserve">La </w:t>
      </w:r>
      <w:proofErr w:type="spellStart"/>
      <w:r w:rsidR="005C6368" w:rsidRPr="00D6191D">
        <w:rPr>
          <w:rFonts w:ascii="Times New Roman" w:hAnsi="Times New Roman" w:cs="Times New Roman"/>
        </w:rPr>
        <w:t>sottoscritt</w:t>
      </w:r>
      <w:r w:rsidRPr="00D6191D">
        <w:rPr>
          <w:rFonts w:ascii="Times New Roman" w:hAnsi="Times New Roman" w:cs="Times New Roman"/>
        </w:rPr>
        <w:t>o</w:t>
      </w:r>
      <w:proofErr w:type="spellEnd"/>
      <w:r w:rsidRPr="00D6191D">
        <w:rPr>
          <w:rFonts w:ascii="Times New Roman" w:hAnsi="Times New Roman" w:cs="Times New Roman"/>
        </w:rPr>
        <w:t>/a</w:t>
      </w:r>
      <w:r w:rsidR="005C6368" w:rsidRPr="00D6191D">
        <w:rPr>
          <w:rFonts w:ascii="Times New Roman" w:hAnsi="Times New Roman" w:cs="Times New Roman"/>
        </w:rPr>
        <w:t xml:space="preserve"> </w:t>
      </w:r>
      <w:proofErr w:type="spellStart"/>
      <w:r w:rsidR="005C6368" w:rsidRPr="00D6191D">
        <w:rPr>
          <w:rFonts w:ascii="Times New Roman" w:hAnsi="Times New Roman" w:cs="Times New Roman"/>
        </w:rPr>
        <w:t>fornirà</w:t>
      </w:r>
      <w:proofErr w:type="spellEnd"/>
      <w:r w:rsidR="005C6368" w:rsidRPr="00D6191D">
        <w:rPr>
          <w:rFonts w:ascii="Times New Roman" w:hAnsi="Times New Roman" w:cs="Times New Roman"/>
        </w:rPr>
        <w:t xml:space="preserve"> </w:t>
      </w:r>
      <w:proofErr w:type="spellStart"/>
      <w:r w:rsidR="005C6368" w:rsidRPr="00D6191D">
        <w:rPr>
          <w:rFonts w:ascii="Times New Roman" w:hAnsi="Times New Roman" w:cs="Times New Roman"/>
        </w:rPr>
        <w:t>copia</w:t>
      </w:r>
      <w:proofErr w:type="spellEnd"/>
      <w:r w:rsidR="005C6368" w:rsidRPr="00D6191D">
        <w:rPr>
          <w:rFonts w:ascii="Times New Roman" w:hAnsi="Times New Roman" w:cs="Times New Roman"/>
        </w:rPr>
        <w:t xml:space="preserve"> </w:t>
      </w:r>
      <w:proofErr w:type="spellStart"/>
      <w:r w:rsidR="005C6368" w:rsidRPr="00D6191D">
        <w:rPr>
          <w:rFonts w:ascii="Times New Roman" w:hAnsi="Times New Roman" w:cs="Times New Roman"/>
        </w:rPr>
        <w:t>dell’atto</w:t>
      </w:r>
      <w:proofErr w:type="spellEnd"/>
      <w:r w:rsidR="005C6368" w:rsidRPr="00D6191D">
        <w:rPr>
          <w:rFonts w:ascii="Times New Roman" w:hAnsi="Times New Roman" w:cs="Times New Roman"/>
        </w:rPr>
        <w:t xml:space="preserve"> formale di affidamento dell’incarico medesimo.</w:t>
      </w:r>
      <w:r w:rsidR="005C6368" w:rsidRPr="00D6191D">
        <w:rPr>
          <w:rFonts w:ascii="Times New Roman" w:hAnsi="Times New Roman" w:cs="Times New Roman"/>
        </w:rPr>
        <w:br/>
        <w:t>La sopracitata attività verrà svolta in assenza di vincoli di dipendenza da terzi nonché identificata quale attività commerciale o industriale e non comporta l’assunzione di cariche all’interno di società costituite a fine di lucro.</w:t>
      </w:r>
      <w:r w:rsidR="005C6368" w:rsidRPr="00D6191D">
        <w:rPr>
          <w:rFonts w:ascii="Times New Roman" w:hAnsi="Times New Roman" w:cs="Times New Roman"/>
        </w:rPr>
        <w:br/>
        <w:t>L’esercizio del predetto incarico verrà svolto al di fuori dell’orario di servizio e non pregiudicherà l’assolvimento da parte del sottoscritto di tutti gli impegni derivanti dalla propria funzione.</w:t>
      </w:r>
      <w:r w:rsidR="005C6368" w:rsidRPr="00D6191D">
        <w:rPr>
          <w:rFonts w:ascii="Times New Roman" w:hAnsi="Times New Roman" w:cs="Times New Roman"/>
        </w:rPr>
        <w:br/>
      </w:r>
      <w:r w:rsidRPr="00D6191D">
        <w:rPr>
          <w:rFonts w:ascii="Times New Roman" w:hAnsi="Times New Roman" w:cs="Times New Roman"/>
        </w:rPr>
        <w:t>Il/</w:t>
      </w:r>
      <w:r w:rsidR="005C6368" w:rsidRPr="00D6191D">
        <w:rPr>
          <w:rFonts w:ascii="Times New Roman" w:hAnsi="Times New Roman" w:cs="Times New Roman"/>
        </w:rPr>
        <w:t xml:space="preserve">La </w:t>
      </w:r>
      <w:proofErr w:type="spellStart"/>
      <w:r w:rsidR="005C6368" w:rsidRPr="00D6191D">
        <w:rPr>
          <w:rFonts w:ascii="Times New Roman" w:hAnsi="Times New Roman" w:cs="Times New Roman"/>
        </w:rPr>
        <w:t>sottoscritt</w:t>
      </w:r>
      <w:r w:rsidRPr="00D6191D">
        <w:rPr>
          <w:rFonts w:ascii="Times New Roman" w:hAnsi="Times New Roman" w:cs="Times New Roman"/>
        </w:rPr>
        <w:t>o</w:t>
      </w:r>
      <w:proofErr w:type="spellEnd"/>
      <w:r w:rsidRPr="00D6191D">
        <w:rPr>
          <w:rFonts w:ascii="Times New Roman" w:hAnsi="Times New Roman" w:cs="Times New Roman"/>
        </w:rPr>
        <w:t>/a</w:t>
      </w:r>
      <w:r w:rsidR="005C6368" w:rsidRPr="00D6191D">
        <w:rPr>
          <w:rFonts w:ascii="Times New Roman" w:hAnsi="Times New Roman" w:cs="Times New Roman"/>
        </w:rPr>
        <w:t xml:space="preserve"> </w:t>
      </w:r>
      <w:proofErr w:type="spellStart"/>
      <w:r w:rsidR="005C6368" w:rsidRPr="00D6191D">
        <w:rPr>
          <w:rFonts w:ascii="Times New Roman" w:hAnsi="Times New Roman" w:cs="Times New Roman"/>
        </w:rPr>
        <w:t>si</w:t>
      </w:r>
      <w:proofErr w:type="spellEnd"/>
      <w:r w:rsidR="005C6368" w:rsidRPr="00D6191D">
        <w:rPr>
          <w:rFonts w:ascii="Times New Roman" w:hAnsi="Times New Roman" w:cs="Times New Roman"/>
        </w:rPr>
        <w:t xml:space="preserve"> </w:t>
      </w:r>
      <w:proofErr w:type="spellStart"/>
      <w:r w:rsidR="005C6368" w:rsidRPr="00D6191D">
        <w:rPr>
          <w:rFonts w:ascii="Times New Roman" w:hAnsi="Times New Roman" w:cs="Times New Roman"/>
        </w:rPr>
        <w:t>impegna</w:t>
      </w:r>
      <w:proofErr w:type="spellEnd"/>
      <w:r w:rsidR="005C6368" w:rsidRPr="00D6191D">
        <w:rPr>
          <w:rFonts w:ascii="Times New Roman" w:hAnsi="Times New Roman" w:cs="Times New Roman"/>
        </w:rPr>
        <w:t xml:space="preserve"> </w:t>
      </w:r>
      <w:proofErr w:type="spellStart"/>
      <w:r w:rsidR="005C6368" w:rsidRPr="00D6191D">
        <w:rPr>
          <w:rFonts w:ascii="Times New Roman" w:hAnsi="Times New Roman" w:cs="Times New Roman"/>
        </w:rPr>
        <w:t>ad</w:t>
      </w:r>
      <w:proofErr w:type="spellEnd"/>
      <w:r w:rsidR="005C6368" w:rsidRPr="00D6191D">
        <w:rPr>
          <w:rFonts w:ascii="Times New Roman" w:hAnsi="Times New Roman" w:cs="Times New Roman"/>
        </w:rPr>
        <w:t xml:space="preserve"> </w:t>
      </w:r>
      <w:proofErr w:type="spellStart"/>
      <w:r w:rsidR="005C6368" w:rsidRPr="00D6191D">
        <w:rPr>
          <w:rFonts w:ascii="Times New Roman" w:hAnsi="Times New Roman" w:cs="Times New Roman"/>
        </w:rPr>
        <w:t>adoperarsi</w:t>
      </w:r>
      <w:proofErr w:type="spellEnd"/>
      <w:r w:rsidR="005C6368" w:rsidRPr="00D6191D">
        <w:rPr>
          <w:rFonts w:ascii="Times New Roman" w:hAnsi="Times New Roman" w:cs="Times New Roman"/>
        </w:rPr>
        <w:t xml:space="preserve"> per </w:t>
      </w:r>
      <w:proofErr w:type="spellStart"/>
      <w:r w:rsidR="005C6368" w:rsidRPr="00D6191D">
        <w:rPr>
          <w:rFonts w:ascii="Times New Roman" w:hAnsi="Times New Roman" w:cs="Times New Roman"/>
        </w:rPr>
        <w:t>rendere</w:t>
      </w:r>
      <w:proofErr w:type="spellEnd"/>
      <w:r w:rsidR="005C6368" w:rsidRPr="00D6191D">
        <w:rPr>
          <w:rFonts w:ascii="Times New Roman" w:hAnsi="Times New Roman" w:cs="Times New Roman"/>
        </w:rPr>
        <w:t xml:space="preserve"> </w:t>
      </w:r>
      <w:proofErr w:type="spellStart"/>
      <w:r w:rsidR="005C6368" w:rsidRPr="00D6191D">
        <w:rPr>
          <w:rFonts w:ascii="Times New Roman" w:hAnsi="Times New Roman" w:cs="Times New Roman"/>
        </w:rPr>
        <w:t>possibile</w:t>
      </w:r>
      <w:proofErr w:type="spellEnd"/>
      <w:r w:rsidR="005C6368" w:rsidRPr="00D6191D">
        <w:rPr>
          <w:rFonts w:ascii="Times New Roman" w:hAnsi="Times New Roman" w:cs="Times New Roman"/>
        </w:rPr>
        <w:t xml:space="preserve"> a codesto Ufficio la conoscenza di ogni notizia utile per gli adempimenti connessi all’Anagrafe delle prestazioni.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A375D1" w:rsidRPr="00D6191D" w14:paraId="352D3160" w14:textId="77777777">
        <w:tc>
          <w:tcPr>
            <w:tcW w:w="4320" w:type="dxa"/>
          </w:tcPr>
          <w:p w14:paraId="2E7D7620" w14:textId="77777777" w:rsidR="00A375D1" w:rsidRPr="00D6191D" w:rsidRDefault="00000000">
            <w:pPr>
              <w:rPr>
                <w:rFonts w:ascii="Times New Roman" w:hAnsi="Times New Roman" w:cs="Times New Roman"/>
              </w:rPr>
            </w:pPr>
            <w:r w:rsidRPr="00D6191D">
              <w:rPr>
                <w:rFonts w:ascii="Times New Roman" w:hAnsi="Times New Roman" w:cs="Times New Roman"/>
              </w:rPr>
              <w:lastRenderedPageBreak/>
              <w:t>Denominazione conferente</w:t>
            </w:r>
          </w:p>
        </w:tc>
        <w:tc>
          <w:tcPr>
            <w:tcW w:w="4320" w:type="dxa"/>
          </w:tcPr>
          <w:p w14:paraId="1E2965A5" w14:textId="5AF5652E" w:rsidR="00A375D1" w:rsidRPr="00D6191D" w:rsidRDefault="00A375D1">
            <w:pPr>
              <w:rPr>
                <w:rFonts w:ascii="Times New Roman" w:hAnsi="Times New Roman" w:cs="Times New Roman"/>
              </w:rPr>
            </w:pPr>
          </w:p>
        </w:tc>
      </w:tr>
      <w:tr w:rsidR="00A375D1" w:rsidRPr="00D6191D" w14:paraId="786EAEFD" w14:textId="77777777">
        <w:tc>
          <w:tcPr>
            <w:tcW w:w="4320" w:type="dxa"/>
          </w:tcPr>
          <w:p w14:paraId="21CBFFD3" w14:textId="77777777" w:rsidR="00A375D1" w:rsidRPr="00D6191D" w:rsidRDefault="00000000">
            <w:pPr>
              <w:rPr>
                <w:rFonts w:ascii="Times New Roman" w:hAnsi="Times New Roman" w:cs="Times New Roman"/>
              </w:rPr>
            </w:pPr>
            <w:r w:rsidRPr="00D6191D">
              <w:rPr>
                <w:rFonts w:ascii="Times New Roman" w:hAnsi="Times New Roman" w:cs="Times New Roman"/>
              </w:rPr>
              <w:t>Codice fiscale conferente</w:t>
            </w:r>
          </w:p>
        </w:tc>
        <w:tc>
          <w:tcPr>
            <w:tcW w:w="4320" w:type="dxa"/>
          </w:tcPr>
          <w:p w14:paraId="2A22143A" w14:textId="0E66BFE6" w:rsidR="00A375D1" w:rsidRPr="00D6191D" w:rsidRDefault="00A375D1">
            <w:pPr>
              <w:rPr>
                <w:rFonts w:ascii="Times New Roman" w:hAnsi="Times New Roman" w:cs="Times New Roman"/>
              </w:rPr>
            </w:pPr>
          </w:p>
        </w:tc>
      </w:tr>
      <w:tr w:rsidR="00A375D1" w:rsidRPr="00D6191D" w14:paraId="3B0AD7C6" w14:textId="77777777">
        <w:tc>
          <w:tcPr>
            <w:tcW w:w="4320" w:type="dxa"/>
          </w:tcPr>
          <w:p w14:paraId="493C0969" w14:textId="77777777" w:rsidR="00A375D1" w:rsidRPr="00D6191D" w:rsidRDefault="00000000">
            <w:pPr>
              <w:rPr>
                <w:rFonts w:ascii="Times New Roman" w:hAnsi="Times New Roman" w:cs="Times New Roman"/>
              </w:rPr>
            </w:pPr>
            <w:r w:rsidRPr="00D6191D">
              <w:rPr>
                <w:rFonts w:ascii="Times New Roman" w:hAnsi="Times New Roman" w:cs="Times New Roman"/>
              </w:rPr>
              <w:t>Data conferimento incarico</w:t>
            </w:r>
          </w:p>
        </w:tc>
        <w:tc>
          <w:tcPr>
            <w:tcW w:w="4320" w:type="dxa"/>
          </w:tcPr>
          <w:p w14:paraId="1F41D165" w14:textId="2C6A996F" w:rsidR="00A375D1" w:rsidRPr="00D6191D" w:rsidRDefault="00A375D1">
            <w:pPr>
              <w:rPr>
                <w:rFonts w:ascii="Times New Roman" w:hAnsi="Times New Roman" w:cs="Times New Roman"/>
              </w:rPr>
            </w:pPr>
          </w:p>
        </w:tc>
      </w:tr>
      <w:tr w:rsidR="00A375D1" w:rsidRPr="00D6191D" w14:paraId="5147CB33" w14:textId="77777777">
        <w:tc>
          <w:tcPr>
            <w:tcW w:w="4320" w:type="dxa"/>
          </w:tcPr>
          <w:p w14:paraId="2A0496BB" w14:textId="77777777" w:rsidR="00A375D1" w:rsidRPr="00D6191D" w:rsidRDefault="00000000">
            <w:pPr>
              <w:rPr>
                <w:rFonts w:ascii="Times New Roman" w:hAnsi="Times New Roman" w:cs="Times New Roman"/>
              </w:rPr>
            </w:pPr>
            <w:r w:rsidRPr="00D6191D">
              <w:rPr>
                <w:rFonts w:ascii="Times New Roman" w:hAnsi="Times New Roman" w:cs="Times New Roman"/>
              </w:rPr>
              <w:t>Data inizio incarico</w:t>
            </w:r>
          </w:p>
        </w:tc>
        <w:tc>
          <w:tcPr>
            <w:tcW w:w="4320" w:type="dxa"/>
          </w:tcPr>
          <w:p w14:paraId="0D174892" w14:textId="57A2D9B5" w:rsidR="00A375D1" w:rsidRPr="00D6191D" w:rsidRDefault="00A375D1">
            <w:pPr>
              <w:rPr>
                <w:rFonts w:ascii="Times New Roman" w:hAnsi="Times New Roman" w:cs="Times New Roman"/>
              </w:rPr>
            </w:pPr>
          </w:p>
        </w:tc>
      </w:tr>
      <w:tr w:rsidR="00A375D1" w:rsidRPr="00D6191D" w14:paraId="0F1471EC" w14:textId="77777777">
        <w:tc>
          <w:tcPr>
            <w:tcW w:w="4320" w:type="dxa"/>
          </w:tcPr>
          <w:p w14:paraId="4A4B4C47" w14:textId="77777777" w:rsidR="00A375D1" w:rsidRPr="00D6191D" w:rsidRDefault="00000000">
            <w:pPr>
              <w:rPr>
                <w:rFonts w:ascii="Times New Roman" w:hAnsi="Times New Roman" w:cs="Times New Roman"/>
              </w:rPr>
            </w:pPr>
            <w:r w:rsidRPr="00D6191D">
              <w:rPr>
                <w:rFonts w:ascii="Times New Roman" w:hAnsi="Times New Roman" w:cs="Times New Roman"/>
              </w:rPr>
              <w:t>Data fine incarico</w:t>
            </w:r>
          </w:p>
        </w:tc>
        <w:tc>
          <w:tcPr>
            <w:tcW w:w="4320" w:type="dxa"/>
          </w:tcPr>
          <w:p w14:paraId="45BA1716" w14:textId="3C80A9A2" w:rsidR="00A375D1" w:rsidRPr="00D6191D" w:rsidRDefault="00A375D1">
            <w:pPr>
              <w:rPr>
                <w:rFonts w:ascii="Times New Roman" w:hAnsi="Times New Roman" w:cs="Times New Roman"/>
              </w:rPr>
            </w:pPr>
          </w:p>
        </w:tc>
      </w:tr>
      <w:tr w:rsidR="00A375D1" w:rsidRPr="00D6191D" w14:paraId="4176CF69" w14:textId="77777777">
        <w:tc>
          <w:tcPr>
            <w:tcW w:w="4320" w:type="dxa"/>
          </w:tcPr>
          <w:p w14:paraId="1E6336CA" w14:textId="77777777" w:rsidR="00A375D1" w:rsidRPr="00D6191D" w:rsidRDefault="00000000">
            <w:pPr>
              <w:rPr>
                <w:rFonts w:ascii="Times New Roman" w:hAnsi="Times New Roman" w:cs="Times New Roman"/>
              </w:rPr>
            </w:pPr>
            <w:r w:rsidRPr="00D6191D">
              <w:rPr>
                <w:rFonts w:ascii="Times New Roman" w:hAnsi="Times New Roman" w:cs="Times New Roman"/>
              </w:rPr>
              <w:t>Importo previsto</w:t>
            </w:r>
          </w:p>
        </w:tc>
        <w:tc>
          <w:tcPr>
            <w:tcW w:w="4320" w:type="dxa"/>
          </w:tcPr>
          <w:p w14:paraId="5F39A4DE" w14:textId="686561DD" w:rsidR="00A375D1" w:rsidRPr="00D6191D" w:rsidRDefault="00A375D1" w:rsidP="005C6368">
            <w:pPr>
              <w:rPr>
                <w:rFonts w:ascii="Times New Roman" w:hAnsi="Times New Roman" w:cs="Times New Roman"/>
              </w:rPr>
            </w:pPr>
          </w:p>
        </w:tc>
      </w:tr>
    </w:tbl>
    <w:p w14:paraId="2A29CCA3" w14:textId="77777777" w:rsidR="00FC7B26" w:rsidRPr="00D6191D" w:rsidRDefault="00000000">
      <w:pPr>
        <w:rPr>
          <w:rFonts w:ascii="Times New Roman" w:hAnsi="Times New Roman" w:cs="Times New Roman"/>
        </w:rPr>
      </w:pPr>
      <w:r w:rsidRPr="00D6191D">
        <w:rPr>
          <w:rFonts w:ascii="Times New Roman" w:hAnsi="Times New Roman" w:cs="Times New Roman"/>
        </w:rPr>
        <w:br/>
      </w:r>
    </w:p>
    <w:p w14:paraId="26E4EC0D" w14:textId="77777777" w:rsidR="00FC7B26" w:rsidRPr="00D6191D" w:rsidRDefault="00FC7B26">
      <w:pPr>
        <w:rPr>
          <w:rFonts w:ascii="Times New Roman" w:hAnsi="Times New Roman" w:cs="Times New Roman"/>
        </w:rPr>
      </w:pPr>
    </w:p>
    <w:p w14:paraId="05FFC52B" w14:textId="07417BF6" w:rsidR="00A375D1" w:rsidRPr="00D6191D" w:rsidRDefault="00000000">
      <w:pPr>
        <w:rPr>
          <w:rFonts w:ascii="Times New Roman" w:hAnsi="Times New Roman" w:cs="Times New Roman"/>
        </w:rPr>
      </w:pPr>
      <w:r w:rsidRPr="00D6191D">
        <w:rPr>
          <w:rFonts w:ascii="Times New Roman" w:hAnsi="Times New Roman" w:cs="Times New Roman"/>
        </w:rPr>
        <w:t xml:space="preserve">Data </w:t>
      </w:r>
      <w:r w:rsidR="00D6191D" w:rsidRPr="00D6191D">
        <w:rPr>
          <w:rFonts w:ascii="Times New Roman" w:hAnsi="Times New Roman" w:cs="Times New Roman"/>
        </w:rPr>
        <w:t xml:space="preserve">____________________________                                                            </w:t>
      </w:r>
      <w:proofErr w:type="spellStart"/>
      <w:r w:rsidR="00D6191D" w:rsidRPr="00D6191D">
        <w:rPr>
          <w:rFonts w:ascii="Times New Roman" w:hAnsi="Times New Roman" w:cs="Times New Roman"/>
        </w:rPr>
        <w:t>Firma</w:t>
      </w:r>
      <w:proofErr w:type="spellEnd"/>
      <w:r w:rsidR="00D6191D" w:rsidRPr="00D6191D">
        <w:rPr>
          <w:rFonts w:ascii="Times New Roman" w:hAnsi="Times New Roman" w:cs="Times New Roman"/>
        </w:rPr>
        <w:t>_____________________________</w:t>
      </w:r>
    </w:p>
    <w:p w14:paraId="403BA3D1" w14:textId="3CADA892" w:rsidR="00A375D1" w:rsidRPr="00D6191D" w:rsidRDefault="00A375D1">
      <w:pPr>
        <w:rPr>
          <w:rFonts w:ascii="Times New Roman" w:hAnsi="Times New Roman" w:cs="Times New Roman"/>
        </w:rPr>
      </w:pPr>
    </w:p>
    <w:p w14:paraId="4DC67A8F" w14:textId="77777777" w:rsidR="00FC7B26" w:rsidRPr="00D6191D" w:rsidRDefault="00FC7B26">
      <w:pPr>
        <w:rPr>
          <w:rFonts w:ascii="Times New Roman" w:hAnsi="Times New Roman" w:cs="Times New Roman"/>
        </w:rPr>
      </w:pPr>
    </w:p>
    <w:p w14:paraId="2D529D92" w14:textId="77777777" w:rsidR="00FC7B26" w:rsidRPr="00D6191D" w:rsidRDefault="00FC7B26">
      <w:pPr>
        <w:rPr>
          <w:rFonts w:ascii="Times New Roman" w:hAnsi="Times New Roman" w:cs="Times New Roman"/>
        </w:rPr>
      </w:pPr>
    </w:p>
    <w:p w14:paraId="4B084E4F" w14:textId="5258A22E" w:rsidR="00A375D1" w:rsidRPr="00D6191D" w:rsidRDefault="00000000">
      <w:pPr>
        <w:rPr>
          <w:rFonts w:ascii="Times New Roman" w:hAnsi="Times New Roman" w:cs="Times New Roman"/>
        </w:rPr>
      </w:pPr>
      <w:r w:rsidRPr="00D6191D">
        <w:rPr>
          <w:rFonts w:ascii="Times New Roman" w:hAnsi="Times New Roman" w:cs="Times New Roman"/>
        </w:rPr>
        <w:t>N.B.</w:t>
      </w:r>
      <w:r w:rsidRPr="00D6191D">
        <w:rPr>
          <w:rFonts w:ascii="Times New Roman" w:hAnsi="Times New Roman" w:cs="Times New Roman"/>
        </w:rPr>
        <w:br/>
        <w:t xml:space="preserve">1) </w:t>
      </w:r>
      <w:proofErr w:type="spellStart"/>
      <w:r w:rsidRPr="00D6191D">
        <w:rPr>
          <w:rFonts w:ascii="Times New Roman" w:hAnsi="Times New Roman" w:cs="Times New Roman"/>
        </w:rPr>
        <w:t>L’autorizzazione</w:t>
      </w:r>
      <w:proofErr w:type="spellEnd"/>
      <w:r w:rsidRPr="00D6191D">
        <w:rPr>
          <w:rFonts w:ascii="Times New Roman" w:hAnsi="Times New Roman" w:cs="Times New Roman"/>
        </w:rPr>
        <w:t xml:space="preserve"> </w:t>
      </w:r>
      <w:proofErr w:type="spellStart"/>
      <w:r w:rsidRPr="00D6191D">
        <w:rPr>
          <w:rFonts w:ascii="Times New Roman" w:hAnsi="Times New Roman" w:cs="Times New Roman"/>
        </w:rPr>
        <w:t>deve</w:t>
      </w:r>
      <w:proofErr w:type="spellEnd"/>
      <w:r w:rsidRPr="00D6191D">
        <w:rPr>
          <w:rFonts w:ascii="Times New Roman" w:hAnsi="Times New Roman" w:cs="Times New Roman"/>
        </w:rPr>
        <w:t xml:space="preserve"> </w:t>
      </w:r>
      <w:proofErr w:type="spellStart"/>
      <w:r w:rsidRPr="00D6191D">
        <w:rPr>
          <w:rFonts w:ascii="Times New Roman" w:hAnsi="Times New Roman" w:cs="Times New Roman"/>
        </w:rPr>
        <w:t>essere</w:t>
      </w:r>
      <w:proofErr w:type="spellEnd"/>
      <w:r w:rsidRPr="00D6191D">
        <w:rPr>
          <w:rFonts w:ascii="Times New Roman" w:hAnsi="Times New Roman" w:cs="Times New Roman"/>
        </w:rPr>
        <w:t xml:space="preserve"> </w:t>
      </w:r>
      <w:proofErr w:type="spellStart"/>
      <w:r w:rsidRPr="00D6191D">
        <w:rPr>
          <w:rFonts w:ascii="Times New Roman" w:hAnsi="Times New Roman" w:cs="Times New Roman"/>
        </w:rPr>
        <w:t>richiesta</w:t>
      </w:r>
      <w:proofErr w:type="spellEnd"/>
      <w:r w:rsidRPr="00D6191D">
        <w:rPr>
          <w:rFonts w:ascii="Times New Roman" w:hAnsi="Times New Roman" w:cs="Times New Roman"/>
        </w:rPr>
        <w:t xml:space="preserve"> e ottenuta preventivamente all’accettazione dell’incarico (art. 53 co. 7-8-9 D.lgs n.165 del 30-3-01).</w:t>
      </w:r>
      <w:r w:rsidRPr="00D6191D">
        <w:rPr>
          <w:rFonts w:ascii="Times New Roman" w:hAnsi="Times New Roman" w:cs="Times New Roman"/>
        </w:rPr>
        <w:br/>
        <w:t>2) L’autorizzazione riguarda anche i docenti autorizzati all’esercizio della libera professione, quando la prestazione resa non interferisca all’oggetto della professione stessa.</w:t>
      </w:r>
    </w:p>
    <w:p w14:paraId="18B10E2F" w14:textId="77777777" w:rsidR="00A375D1" w:rsidRPr="00D6191D" w:rsidRDefault="00000000">
      <w:pPr>
        <w:rPr>
          <w:rFonts w:ascii="Times New Roman" w:hAnsi="Times New Roman" w:cs="Times New Roman"/>
        </w:rPr>
      </w:pPr>
      <w:r w:rsidRPr="00D6191D">
        <w:rPr>
          <w:rFonts w:ascii="Times New Roman" w:hAnsi="Times New Roman" w:cs="Times New Roman"/>
        </w:rPr>
        <w:br/>
        <w:t>Visto:</w:t>
      </w:r>
    </w:p>
    <w:p w14:paraId="5B79E09D" w14:textId="77777777" w:rsidR="00A375D1" w:rsidRPr="00D6191D" w:rsidRDefault="00000000">
      <w:pPr>
        <w:rPr>
          <w:rFonts w:ascii="Times New Roman" w:hAnsi="Times New Roman" w:cs="Times New Roman"/>
        </w:rPr>
      </w:pPr>
      <w:r w:rsidRPr="00D6191D">
        <w:rPr>
          <w:rFonts w:ascii="Segoe UI Symbol" w:hAnsi="Segoe UI Symbol" w:cs="Segoe UI Symbol"/>
        </w:rPr>
        <w:t>☐</w:t>
      </w:r>
      <w:r w:rsidRPr="00D6191D">
        <w:rPr>
          <w:rFonts w:ascii="Times New Roman" w:hAnsi="Times New Roman" w:cs="Times New Roman"/>
        </w:rPr>
        <w:t xml:space="preserve"> Si autorizza</w:t>
      </w:r>
    </w:p>
    <w:p w14:paraId="6DAAC212" w14:textId="77777777" w:rsidR="00A375D1" w:rsidRPr="00D6191D" w:rsidRDefault="00000000">
      <w:pPr>
        <w:rPr>
          <w:rFonts w:ascii="Times New Roman" w:hAnsi="Times New Roman" w:cs="Times New Roman"/>
        </w:rPr>
      </w:pPr>
      <w:r w:rsidRPr="00D6191D">
        <w:rPr>
          <w:rFonts w:ascii="Segoe UI Symbol" w:hAnsi="Segoe UI Symbol" w:cs="Segoe UI Symbol"/>
        </w:rPr>
        <w:t>☐</w:t>
      </w:r>
      <w:r w:rsidRPr="00D6191D">
        <w:rPr>
          <w:rFonts w:ascii="Times New Roman" w:hAnsi="Times New Roman" w:cs="Times New Roman"/>
        </w:rPr>
        <w:t xml:space="preserve"> Non si autorizza</w:t>
      </w:r>
    </w:p>
    <w:p w14:paraId="457C9E90" w14:textId="26206AB7" w:rsidR="009527DE" w:rsidRPr="00D6191D" w:rsidRDefault="00000000" w:rsidP="009527DE">
      <w:pPr>
        <w:tabs>
          <w:tab w:val="center" w:pos="6237"/>
        </w:tabs>
        <w:spacing w:before="60" w:after="60"/>
        <w:jc w:val="both"/>
        <w:outlineLvl w:val="0"/>
        <w:rPr>
          <w:rFonts w:ascii="Times New Roman" w:hAnsi="Times New Roman" w:cs="Times New Roman"/>
          <w:color w:val="595959" w:themeColor="text1" w:themeTint="A6"/>
        </w:rPr>
      </w:pPr>
      <w:r w:rsidRPr="00D6191D">
        <w:rPr>
          <w:rFonts w:ascii="Times New Roman" w:hAnsi="Times New Roman" w:cs="Times New Roman"/>
        </w:rPr>
        <w:br/>
      </w:r>
      <w:r w:rsidR="009527DE" w:rsidRPr="00D6191D">
        <w:rPr>
          <w:rFonts w:ascii="Times New Roman" w:hAnsi="Times New Roman" w:cs="Times New Roman"/>
          <w:color w:val="595959" w:themeColor="text1" w:themeTint="A6"/>
        </w:rPr>
        <w:t xml:space="preserve">                                                                                                IL DIRIGENTE SCOLASTICO</w:t>
      </w:r>
    </w:p>
    <w:p w14:paraId="58DBE17D" w14:textId="3C593124" w:rsidR="009527DE" w:rsidRPr="00D6191D" w:rsidRDefault="009527DE" w:rsidP="009527DE">
      <w:pPr>
        <w:tabs>
          <w:tab w:val="center" w:pos="6237"/>
        </w:tabs>
        <w:spacing w:before="60" w:after="60"/>
        <w:jc w:val="both"/>
        <w:outlineLvl w:val="0"/>
        <w:rPr>
          <w:rFonts w:ascii="Times New Roman" w:hAnsi="Times New Roman" w:cs="Times New Roman"/>
          <w:color w:val="595959" w:themeColor="text1" w:themeTint="A6"/>
        </w:rPr>
      </w:pPr>
      <w:r w:rsidRPr="00D6191D">
        <w:rPr>
          <w:rFonts w:ascii="Times New Roman" w:hAnsi="Times New Roman" w:cs="Times New Roman"/>
          <w:color w:val="595959" w:themeColor="text1" w:themeTint="A6"/>
        </w:rPr>
        <w:tab/>
      </w:r>
      <w:r w:rsidR="00D6191D">
        <w:rPr>
          <w:rFonts w:ascii="Times New Roman" w:hAnsi="Times New Roman" w:cs="Times New Roman"/>
          <w:color w:val="595959" w:themeColor="text1" w:themeTint="A6"/>
        </w:rPr>
        <w:t xml:space="preserve">                    </w:t>
      </w:r>
      <w:r w:rsidRPr="00D6191D">
        <w:rPr>
          <w:rFonts w:ascii="Times New Roman" w:hAnsi="Times New Roman" w:cs="Times New Roman"/>
          <w:color w:val="595959" w:themeColor="text1" w:themeTint="A6"/>
        </w:rPr>
        <w:t>PROF. GIOVANNI TARTAGLIA</w:t>
      </w:r>
    </w:p>
    <w:p w14:paraId="066656D3" w14:textId="5F40F54F" w:rsidR="009527DE" w:rsidRPr="00D6191D" w:rsidRDefault="009527DE" w:rsidP="009527DE">
      <w:pPr>
        <w:tabs>
          <w:tab w:val="center" w:pos="6237"/>
        </w:tabs>
        <w:spacing w:before="60" w:after="60"/>
        <w:jc w:val="both"/>
        <w:outlineLvl w:val="0"/>
        <w:rPr>
          <w:rFonts w:ascii="Times New Roman" w:hAnsi="Times New Roman" w:cs="Times New Roman"/>
          <w:i/>
          <w:color w:val="595959" w:themeColor="text1" w:themeTint="A6"/>
        </w:rPr>
      </w:pPr>
      <w:r w:rsidRPr="00D6191D">
        <w:rPr>
          <w:rFonts w:ascii="Times New Roman" w:hAnsi="Times New Roman" w:cs="Times New Roman"/>
          <w:i/>
          <w:color w:val="595959" w:themeColor="text1" w:themeTint="A6"/>
        </w:rPr>
        <w:tab/>
      </w:r>
      <w:r w:rsidR="00D6191D">
        <w:rPr>
          <w:rFonts w:ascii="Times New Roman" w:hAnsi="Times New Roman" w:cs="Times New Roman"/>
          <w:i/>
          <w:color w:val="595959" w:themeColor="text1" w:themeTint="A6"/>
        </w:rPr>
        <w:t xml:space="preserve">                                           </w:t>
      </w:r>
      <w:proofErr w:type="spellStart"/>
      <w:r w:rsidRPr="00D6191D">
        <w:rPr>
          <w:rFonts w:ascii="Times New Roman" w:hAnsi="Times New Roman" w:cs="Times New Roman"/>
          <w:i/>
          <w:color w:val="595959" w:themeColor="text1" w:themeTint="A6"/>
        </w:rPr>
        <w:t>Documento</w:t>
      </w:r>
      <w:proofErr w:type="spellEnd"/>
      <w:r w:rsidRPr="00D6191D">
        <w:rPr>
          <w:rFonts w:ascii="Times New Roman" w:hAnsi="Times New Roman" w:cs="Times New Roman"/>
          <w:i/>
          <w:color w:val="595959" w:themeColor="text1" w:themeTint="A6"/>
        </w:rPr>
        <w:t xml:space="preserve"> </w:t>
      </w:r>
      <w:proofErr w:type="spellStart"/>
      <w:r w:rsidRPr="00D6191D">
        <w:rPr>
          <w:rFonts w:ascii="Times New Roman" w:hAnsi="Times New Roman" w:cs="Times New Roman"/>
          <w:i/>
          <w:color w:val="595959" w:themeColor="text1" w:themeTint="A6"/>
        </w:rPr>
        <w:t>firmato</w:t>
      </w:r>
      <w:proofErr w:type="spellEnd"/>
      <w:r w:rsidRPr="00D6191D">
        <w:rPr>
          <w:rFonts w:ascii="Times New Roman" w:hAnsi="Times New Roman" w:cs="Times New Roman"/>
          <w:i/>
          <w:color w:val="595959" w:themeColor="text1" w:themeTint="A6"/>
        </w:rPr>
        <w:t xml:space="preserve"> </w:t>
      </w:r>
      <w:proofErr w:type="spellStart"/>
      <w:r w:rsidRPr="00D6191D">
        <w:rPr>
          <w:rFonts w:ascii="Times New Roman" w:hAnsi="Times New Roman" w:cs="Times New Roman"/>
          <w:i/>
          <w:color w:val="595959" w:themeColor="text1" w:themeTint="A6"/>
        </w:rPr>
        <w:t>digitalmente</w:t>
      </w:r>
      <w:proofErr w:type="spellEnd"/>
      <w:r w:rsidRPr="00D6191D">
        <w:rPr>
          <w:rFonts w:ascii="Times New Roman" w:hAnsi="Times New Roman" w:cs="Times New Roman"/>
          <w:i/>
          <w:color w:val="595959" w:themeColor="text1" w:themeTint="A6"/>
        </w:rPr>
        <w:t xml:space="preserve"> ai sensi </w:t>
      </w:r>
    </w:p>
    <w:p w14:paraId="1F1D8B09" w14:textId="6ABF0C7C" w:rsidR="009527DE" w:rsidRPr="00D6191D" w:rsidRDefault="009527DE" w:rsidP="009527DE">
      <w:pPr>
        <w:tabs>
          <w:tab w:val="center" w:pos="6237"/>
        </w:tabs>
        <w:spacing w:before="60" w:after="60"/>
        <w:jc w:val="both"/>
        <w:rPr>
          <w:rFonts w:ascii="Times New Roman" w:hAnsi="Times New Roman" w:cs="Times New Roman"/>
          <w:i/>
          <w:color w:val="595959" w:themeColor="text1" w:themeTint="A6"/>
        </w:rPr>
      </w:pPr>
      <w:r w:rsidRPr="00D6191D">
        <w:rPr>
          <w:rFonts w:ascii="Times New Roman" w:hAnsi="Times New Roman" w:cs="Times New Roman"/>
          <w:i/>
          <w:color w:val="595959" w:themeColor="text1" w:themeTint="A6"/>
        </w:rPr>
        <w:tab/>
      </w:r>
      <w:r w:rsidR="00D6191D">
        <w:rPr>
          <w:rFonts w:ascii="Times New Roman" w:hAnsi="Times New Roman" w:cs="Times New Roman"/>
          <w:i/>
          <w:color w:val="595959" w:themeColor="text1" w:themeTint="A6"/>
        </w:rPr>
        <w:t xml:space="preserve">                         </w:t>
      </w:r>
      <w:r w:rsidRPr="00D6191D">
        <w:rPr>
          <w:rFonts w:ascii="Times New Roman" w:hAnsi="Times New Roman" w:cs="Times New Roman"/>
          <w:i/>
          <w:color w:val="595959" w:themeColor="text1" w:themeTint="A6"/>
        </w:rPr>
        <w:t xml:space="preserve">del </w:t>
      </w:r>
      <w:proofErr w:type="spellStart"/>
      <w:proofErr w:type="gramStart"/>
      <w:r w:rsidRPr="00D6191D">
        <w:rPr>
          <w:rFonts w:ascii="Times New Roman" w:hAnsi="Times New Roman" w:cs="Times New Roman"/>
          <w:i/>
          <w:color w:val="595959" w:themeColor="text1" w:themeTint="A6"/>
        </w:rPr>
        <w:t>D.Lgs</w:t>
      </w:r>
      <w:proofErr w:type="spellEnd"/>
      <w:proofErr w:type="gramEnd"/>
      <w:r w:rsidRPr="00D6191D">
        <w:rPr>
          <w:rFonts w:ascii="Times New Roman" w:hAnsi="Times New Roman" w:cs="Times New Roman"/>
          <w:i/>
          <w:color w:val="595959" w:themeColor="text1" w:themeTint="A6"/>
        </w:rPr>
        <w:t xml:space="preserve">. n. 82/2005 </w:t>
      </w:r>
      <w:proofErr w:type="spellStart"/>
      <w:r w:rsidRPr="00D6191D">
        <w:rPr>
          <w:rFonts w:ascii="Times New Roman" w:hAnsi="Times New Roman" w:cs="Times New Roman"/>
          <w:i/>
          <w:color w:val="595959" w:themeColor="text1" w:themeTint="A6"/>
        </w:rPr>
        <w:t>s.m.i</w:t>
      </w:r>
      <w:proofErr w:type="spellEnd"/>
      <w:r w:rsidRPr="00D6191D">
        <w:rPr>
          <w:rFonts w:ascii="Times New Roman" w:hAnsi="Times New Roman" w:cs="Times New Roman"/>
          <w:i/>
          <w:color w:val="595959" w:themeColor="text1" w:themeTint="A6"/>
        </w:rPr>
        <w:t xml:space="preserve">. e </w:t>
      </w:r>
      <w:proofErr w:type="spellStart"/>
      <w:r w:rsidRPr="00D6191D">
        <w:rPr>
          <w:rFonts w:ascii="Times New Roman" w:hAnsi="Times New Roman" w:cs="Times New Roman"/>
          <w:i/>
          <w:color w:val="595959" w:themeColor="text1" w:themeTint="A6"/>
        </w:rPr>
        <w:t>n.c.</w:t>
      </w:r>
      <w:proofErr w:type="spellEnd"/>
    </w:p>
    <w:p w14:paraId="4B6B9C74" w14:textId="77777777" w:rsidR="009527DE" w:rsidRPr="00D6191D" w:rsidRDefault="009527DE" w:rsidP="009527DE">
      <w:pPr>
        <w:rPr>
          <w:rFonts w:ascii="Times New Roman" w:hAnsi="Times New Roman" w:cs="Times New Roman"/>
        </w:rPr>
      </w:pPr>
    </w:p>
    <w:p w14:paraId="4AE420FA" w14:textId="7A5DF337" w:rsidR="00A375D1" w:rsidRPr="00D6191D" w:rsidRDefault="00A375D1">
      <w:pPr>
        <w:rPr>
          <w:rFonts w:ascii="Times New Roman" w:hAnsi="Times New Roman" w:cs="Times New Roman"/>
        </w:rPr>
      </w:pPr>
    </w:p>
    <w:sectPr w:rsidR="00A375D1" w:rsidRPr="00D6191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4981">
    <w:abstractNumId w:val="8"/>
  </w:num>
  <w:num w:numId="2" w16cid:durableId="161774709">
    <w:abstractNumId w:val="6"/>
  </w:num>
  <w:num w:numId="3" w16cid:durableId="1476725103">
    <w:abstractNumId w:val="5"/>
  </w:num>
  <w:num w:numId="4" w16cid:durableId="966859646">
    <w:abstractNumId w:val="4"/>
  </w:num>
  <w:num w:numId="5" w16cid:durableId="316421515">
    <w:abstractNumId w:val="7"/>
  </w:num>
  <w:num w:numId="6" w16cid:durableId="1064835483">
    <w:abstractNumId w:val="3"/>
  </w:num>
  <w:num w:numId="7" w16cid:durableId="1948584355">
    <w:abstractNumId w:val="2"/>
  </w:num>
  <w:num w:numId="8" w16cid:durableId="1621759734">
    <w:abstractNumId w:val="1"/>
  </w:num>
  <w:num w:numId="9" w16cid:durableId="1977103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3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0F95"/>
    <w:rsid w:val="0029639D"/>
    <w:rsid w:val="00326F90"/>
    <w:rsid w:val="005C6368"/>
    <w:rsid w:val="007A118F"/>
    <w:rsid w:val="009527DE"/>
    <w:rsid w:val="00A375D1"/>
    <w:rsid w:val="00AA1D8D"/>
    <w:rsid w:val="00B47730"/>
    <w:rsid w:val="00CB0664"/>
    <w:rsid w:val="00D6191D"/>
    <w:rsid w:val="00FC693F"/>
    <w:rsid w:val="00FC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B932E2"/>
  <w14:defaultImageDpi w14:val="300"/>
  <w15:docId w15:val="{B9EA50C1-69E5-0A4B-83F0-297A23901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312</Words>
  <Characters>2000</Characters>
  <Application>Microsoft Office Word</Application>
  <DocSecurity>0</DocSecurity>
  <Lines>66</Lines>
  <Paragraphs>33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lucia d'amore</cp:lastModifiedBy>
  <cp:revision>2</cp:revision>
  <cp:lastPrinted>2026-05-13T08:27:00Z</cp:lastPrinted>
  <dcterms:created xsi:type="dcterms:W3CDTF">2026-05-15T08:48:00Z</dcterms:created>
  <dcterms:modified xsi:type="dcterms:W3CDTF">2026-05-15T08:48:00Z</dcterms:modified>
  <cp:category/>
</cp:coreProperties>
</file>